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B10BE" w14:textId="2EEF32D3" w:rsidR="007D05E9" w:rsidRDefault="00BC6AA1">
      <w:pPr>
        <w:shd w:val="clear" w:color="auto" w:fill="4F81BD"/>
        <w:jc w:val="center"/>
      </w:pPr>
      <w:r>
        <w:rPr>
          <w:i/>
          <w:noProof/>
          <w:color w:val="50505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A7D90F" wp14:editId="4752AC7E">
                <wp:simplePos x="0" y="0"/>
                <wp:positionH relativeFrom="column">
                  <wp:posOffset>5082540</wp:posOffset>
                </wp:positionH>
                <wp:positionV relativeFrom="paragraph">
                  <wp:posOffset>426720</wp:posOffset>
                </wp:positionV>
                <wp:extent cx="1333500" cy="1676400"/>
                <wp:effectExtent l="0" t="0" r="1905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676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1A5C46" w14:textId="4B96BCDB" w:rsidR="00BC6AA1" w:rsidRPr="00BC6AA1" w:rsidRDefault="00BC6AA1" w:rsidP="00BC6AA1">
                            <w:pPr>
                              <w:jc w:val="center"/>
                              <w:rPr>
                                <w:lang w:val="az-Latn-AZ"/>
                              </w:rPr>
                            </w:pPr>
                            <w:r>
                              <w:rPr>
                                <w:lang w:val="az-Latn-AZ"/>
                              </w:rPr>
                              <w:t>Foto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A7D90F" id="Rectangle: Rounded Corners 1" o:spid="_x0000_s1026" style="position:absolute;left:0;text-align:left;margin-left:400.2pt;margin-top:33.6pt;width:105pt;height:13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" fillcolor="white [3201]" strokecolor="#4bacc6 [3208]" strokeweight="2pt">
                <v:textbox>
                  <w:txbxContent>
                    <w:p w14:paraId="0D1A5C46" w14:textId="4B96BCDB" w:rsidR="00BC6AA1" w:rsidRPr="00BC6AA1" w:rsidRDefault="00BC6AA1" w:rsidP="00BC6AA1">
                      <w:pPr>
                        <w:jc w:val="center"/>
                        <w:rPr>
                          <w:lang w:val="az-Latn-AZ"/>
                        </w:rPr>
                      </w:pPr>
                      <w:r>
                        <w:rPr>
                          <w:lang w:val="az-Latn-AZ"/>
                        </w:rPr>
                        <w:t>Foto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FFFFFF"/>
          <w:sz w:val="48"/>
        </w:rPr>
        <w:t xml:space="preserve">CV </w:t>
      </w:r>
    </w:p>
    <w:p w14:paraId="3157B8E3" w14:textId="188E8774" w:rsidR="007D05E9" w:rsidRDefault="007D05E9">
      <w:pPr>
        <w:rPr>
          <w:i/>
          <w:color w:val="505050"/>
          <w:sz w:val="24"/>
        </w:rPr>
      </w:pPr>
    </w:p>
    <w:p w14:paraId="4B3FEB32" w14:textId="6E2EBC05" w:rsidR="00BC6AA1" w:rsidRDefault="00BC6AA1">
      <w:pPr>
        <w:rPr>
          <w:i/>
          <w:color w:val="505050"/>
          <w:sz w:val="24"/>
        </w:rPr>
      </w:pPr>
    </w:p>
    <w:p w14:paraId="11F00A60" w14:textId="40CAB069" w:rsidR="00BC6AA1" w:rsidRDefault="00BC6AA1">
      <w:pPr>
        <w:rPr>
          <w:i/>
          <w:color w:val="505050"/>
          <w:sz w:val="24"/>
        </w:rPr>
      </w:pPr>
    </w:p>
    <w:p w14:paraId="3ADE7414" w14:textId="297D9FA5" w:rsidR="00BC6AA1" w:rsidRDefault="00BC6AA1"/>
    <w:p w14:paraId="5362525C" w14:textId="77777777" w:rsidR="00BC6AA1" w:rsidRDefault="00BC6A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2"/>
        <w:gridCol w:w="5112"/>
      </w:tblGrid>
      <w:tr w:rsidR="007D05E9" w14:paraId="1974BCD5" w14:textId="77777777">
        <w:tc>
          <w:tcPr>
            <w:tcW w:w="5112" w:type="dxa"/>
          </w:tcPr>
          <w:p w14:paraId="0D5CAEF7" w14:textId="77777777" w:rsidR="007D05E9" w:rsidRDefault="00BC6AA1">
            <w:r>
              <w:t>Ad Soyad</w:t>
            </w:r>
          </w:p>
        </w:tc>
        <w:tc>
          <w:tcPr>
            <w:tcW w:w="5112" w:type="dxa"/>
          </w:tcPr>
          <w:p w14:paraId="37B0ECAF" w14:textId="70D7F453" w:rsidR="007D05E9" w:rsidRDefault="007D05E9"/>
        </w:tc>
      </w:tr>
      <w:tr w:rsidR="007D05E9" w14:paraId="51F06662" w14:textId="77777777">
        <w:tc>
          <w:tcPr>
            <w:tcW w:w="5112" w:type="dxa"/>
          </w:tcPr>
          <w:p w14:paraId="2E7D0741" w14:textId="77777777" w:rsidR="007D05E9" w:rsidRDefault="00BC6AA1">
            <w:r>
              <w:t>Telefon</w:t>
            </w:r>
          </w:p>
        </w:tc>
        <w:tc>
          <w:tcPr>
            <w:tcW w:w="5112" w:type="dxa"/>
          </w:tcPr>
          <w:p w14:paraId="0D8C1438" w14:textId="77777777" w:rsidR="007D05E9" w:rsidRDefault="00BC6AA1">
            <w:r>
              <w:t>+994 XX XXX XX XX</w:t>
            </w:r>
          </w:p>
        </w:tc>
      </w:tr>
      <w:tr w:rsidR="007D05E9" w14:paraId="0EB9434C" w14:textId="77777777">
        <w:tc>
          <w:tcPr>
            <w:tcW w:w="5112" w:type="dxa"/>
          </w:tcPr>
          <w:p w14:paraId="0E94A6BB" w14:textId="77777777" w:rsidR="007D05E9" w:rsidRDefault="00BC6AA1">
            <w:r>
              <w:t>E-poçt</w:t>
            </w:r>
          </w:p>
        </w:tc>
        <w:tc>
          <w:tcPr>
            <w:tcW w:w="5112" w:type="dxa"/>
          </w:tcPr>
          <w:p w14:paraId="77CD0156" w14:textId="77777777" w:rsidR="007D05E9" w:rsidRDefault="00BC6AA1">
            <w:r>
              <w:t>example@gmail.com</w:t>
            </w:r>
          </w:p>
        </w:tc>
      </w:tr>
      <w:tr w:rsidR="007D05E9" w14:paraId="3BB4DF6C" w14:textId="77777777">
        <w:tc>
          <w:tcPr>
            <w:tcW w:w="5112" w:type="dxa"/>
          </w:tcPr>
          <w:p w14:paraId="7457623E" w14:textId="77777777" w:rsidR="007D05E9" w:rsidRDefault="00BC6AA1">
            <w:r>
              <w:t>Ünvan</w:t>
            </w:r>
          </w:p>
        </w:tc>
        <w:tc>
          <w:tcPr>
            <w:tcW w:w="5112" w:type="dxa"/>
          </w:tcPr>
          <w:p w14:paraId="5760E819" w14:textId="77777777" w:rsidR="007D05E9" w:rsidRDefault="00BC6AA1">
            <w:r>
              <w:t>Bakı, Az</w:t>
            </w:r>
            <w:r>
              <w:t>ə</w:t>
            </w:r>
            <w:r>
              <w:t>rbaycan</w:t>
            </w:r>
          </w:p>
        </w:tc>
      </w:tr>
      <w:tr w:rsidR="007D05E9" w14:paraId="00FBBC29" w14:textId="77777777">
        <w:tc>
          <w:tcPr>
            <w:tcW w:w="5112" w:type="dxa"/>
          </w:tcPr>
          <w:p w14:paraId="24EC11FF" w14:textId="77777777" w:rsidR="007D05E9" w:rsidRDefault="00BC6AA1">
            <w:r>
              <w:t>LinkedIn</w:t>
            </w:r>
          </w:p>
        </w:tc>
        <w:tc>
          <w:tcPr>
            <w:tcW w:w="5112" w:type="dxa"/>
          </w:tcPr>
          <w:p w14:paraId="0F7B1C5C" w14:textId="77777777" w:rsidR="007D05E9" w:rsidRDefault="00BC6AA1">
            <w:r>
              <w:t>linkedin.com/in/example</w:t>
            </w:r>
          </w:p>
        </w:tc>
      </w:tr>
    </w:tbl>
    <w:p w14:paraId="546E0FFD" w14:textId="77777777" w:rsidR="007D05E9" w:rsidRDefault="007D05E9"/>
    <w:p w14:paraId="1D68455D" w14:textId="77777777" w:rsidR="007D05E9" w:rsidRDefault="00BC6AA1">
      <w:pPr>
        <w:shd w:val="clear" w:color="auto" w:fill="D9EAF7"/>
      </w:pPr>
      <w:r>
        <w:rPr>
          <w:b/>
          <w:color w:val="FFFFFF"/>
          <w:sz w:val="30"/>
        </w:rPr>
        <w:t>🎯</w:t>
      </w:r>
      <w:r>
        <w:rPr>
          <w:b/>
          <w:color w:val="FFFFFF"/>
          <w:sz w:val="30"/>
        </w:rPr>
        <w:t xml:space="preserve"> Karyera M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>qs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>di</w:t>
      </w:r>
    </w:p>
    <w:p w14:paraId="4439C7AB" w14:textId="77777777" w:rsidR="007D05E9" w:rsidRDefault="00BC6AA1">
      <w:r>
        <w:t>M</w:t>
      </w:r>
      <w:r>
        <w:t>ə</w:t>
      </w:r>
      <w:r>
        <w:t>suliyy</w:t>
      </w:r>
      <w:r>
        <w:t>ə</w:t>
      </w:r>
      <w:r>
        <w:t>tli, innovativ v</w:t>
      </w:r>
      <w:r>
        <w:t>ə</w:t>
      </w:r>
      <w:r>
        <w:t xml:space="preserve"> inkişaf </w:t>
      </w:r>
      <w:r>
        <w:t>yönümlü bir şirk</w:t>
      </w:r>
      <w:r>
        <w:t>ə</w:t>
      </w:r>
      <w:r>
        <w:t>td</w:t>
      </w:r>
      <w:r>
        <w:t>ə</w:t>
      </w:r>
      <w:r>
        <w:t xml:space="preserve"> çalışaraq peş</w:t>
      </w:r>
      <w:r>
        <w:t>ə</w:t>
      </w:r>
      <w:r>
        <w:t>kar bacarıqlarımı artırmaq v</w:t>
      </w:r>
      <w:r>
        <w:t>ə</w:t>
      </w:r>
      <w:r>
        <w:t xml:space="preserve"> şirk</w:t>
      </w:r>
      <w:r>
        <w:t>ə</w:t>
      </w:r>
      <w:r>
        <w:t>tin uğuruna töhf</w:t>
      </w:r>
      <w:r>
        <w:t>ə</w:t>
      </w:r>
      <w:r>
        <w:t xml:space="preserve"> verm</w:t>
      </w:r>
      <w:r>
        <w:t>ə</w:t>
      </w:r>
      <w:r>
        <w:t>k.</w:t>
      </w:r>
    </w:p>
    <w:p w14:paraId="77ADBE83" w14:textId="77777777" w:rsidR="007D05E9" w:rsidRDefault="00BC6AA1">
      <w:pPr>
        <w:shd w:val="clear" w:color="auto" w:fill="E2F0D9"/>
      </w:pPr>
      <w:r>
        <w:rPr>
          <w:b/>
          <w:color w:val="FFFFFF"/>
          <w:sz w:val="30"/>
        </w:rPr>
        <w:t>💼</w:t>
      </w:r>
      <w:r>
        <w:rPr>
          <w:b/>
          <w:color w:val="FFFFFF"/>
          <w:sz w:val="30"/>
        </w:rPr>
        <w:t xml:space="preserve"> İş T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>crüb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>si</w:t>
      </w:r>
    </w:p>
    <w:p w14:paraId="5F72AE29" w14:textId="77777777" w:rsidR="007D05E9" w:rsidRDefault="00BC6AA1">
      <w:r>
        <w:t>• ABC Company – Satış Meneceri (2023–2026)</w:t>
      </w:r>
      <w:r>
        <w:br/>
        <w:t>• XYZ Group – Marketinq Müt</w:t>
      </w:r>
      <w:r>
        <w:t>ə</w:t>
      </w:r>
      <w:r>
        <w:t>x</w:t>
      </w:r>
      <w:r>
        <w:t>ə</w:t>
      </w:r>
      <w:r>
        <w:t>ssisi (2021–2023)</w:t>
      </w:r>
      <w:r>
        <w:br/>
        <w:t>• Müşt</w:t>
      </w:r>
      <w:r>
        <w:t>ə</w:t>
      </w:r>
      <w:r>
        <w:t xml:space="preserve">ri </w:t>
      </w:r>
      <w:r>
        <w:t>ə</w:t>
      </w:r>
      <w:r>
        <w:t>laq</w:t>
      </w:r>
      <w:r>
        <w:t>ə</w:t>
      </w:r>
      <w:r>
        <w:t>l</w:t>
      </w:r>
      <w:r>
        <w:t>ə</w:t>
      </w:r>
      <w:r>
        <w:t>rinin idar</w:t>
      </w:r>
      <w:r>
        <w:t>ə</w:t>
      </w:r>
      <w:r>
        <w:t xml:space="preserve"> olunması v</w:t>
      </w:r>
      <w:r>
        <w:t>ə</w:t>
      </w:r>
      <w:r>
        <w:t xml:space="preserve"> satış </w:t>
      </w:r>
      <w:r>
        <w:t>strategiyalarının hazırlanması.</w:t>
      </w:r>
    </w:p>
    <w:p w14:paraId="4D903D6D" w14:textId="77777777" w:rsidR="007D05E9" w:rsidRDefault="00BC6AA1">
      <w:pPr>
        <w:shd w:val="clear" w:color="auto" w:fill="FCE4D6"/>
      </w:pPr>
      <w:r>
        <w:rPr>
          <w:b/>
          <w:color w:val="FFFFFF"/>
          <w:sz w:val="30"/>
        </w:rPr>
        <w:t>🎓</w:t>
      </w:r>
      <w:r>
        <w:rPr>
          <w:b/>
          <w:color w:val="FFFFFF"/>
          <w:sz w:val="30"/>
        </w:rPr>
        <w:t xml:space="preserve"> T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>hsil</w:t>
      </w:r>
    </w:p>
    <w:p w14:paraId="319152F8" w14:textId="77777777" w:rsidR="007D05E9" w:rsidRDefault="00BC6AA1">
      <w:r>
        <w:t>Az</w:t>
      </w:r>
      <w:r>
        <w:t>ə</w:t>
      </w:r>
      <w:r>
        <w:t>rbaycan Dövl</w:t>
      </w:r>
      <w:r>
        <w:t>ə</w:t>
      </w:r>
      <w:r>
        <w:t>t İqtisad Universiteti</w:t>
      </w:r>
      <w:r>
        <w:br/>
        <w:t>Biznesin idar</w:t>
      </w:r>
      <w:r>
        <w:t>ə</w:t>
      </w:r>
      <w:r>
        <w:t xml:space="preserve"> olunması – Bakalavr (2018–2022)</w:t>
      </w:r>
    </w:p>
    <w:p w14:paraId="2F28BBCD" w14:textId="77777777" w:rsidR="007D05E9" w:rsidRDefault="00BC6AA1">
      <w:pPr>
        <w:shd w:val="clear" w:color="auto" w:fill="FFF2CC"/>
      </w:pPr>
      <w:r>
        <w:rPr>
          <w:b/>
          <w:color w:val="FFFFFF"/>
          <w:sz w:val="30"/>
        </w:rPr>
        <w:t>🛠</w:t>
      </w:r>
      <w:r>
        <w:rPr>
          <w:b/>
          <w:color w:val="FFFFFF"/>
          <w:sz w:val="30"/>
        </w:rPr>
        <w:t xml:space="preserve"> Bacarıqlar</w:t>
      </w:r>
    </w:p>
    <w:p w14:paraId="48B97ACB" w14:textId="77777777" w:rsidR="007D05E9" w:rsidRDefault="00BC6AA1">
      <w:r>
        <w:t>• Microsoft Office</w:t>
      </w:r>
      <w:r>
        <w:br/>
        <w:t>• Photoshop v</w:t>
      </w:r>
      <w:r>
        <w:t>ə</w:t>
      </w:r>
      <w:r>
        <w:t xml:space="preserve"> Canva</w:t>
      </w:r>
      <w:r>
        <w:br/>
        <w:t>• Komanda il</w:t>
      </w:r>
      <w:r>
        <w:t>ə</w:t>
      </w:r>
      <w:r>
        <w:t xml:space="preserve"> işl</w:t>
      </w:r>
      <w:r>
        <w:t>ə</w:t>
      </w:r>
      <w:r>
        <w:t>m</w:t>
      </w:r>
      <w:r>
        <w:t>ə</w:t>
      </w:r>
      <w:r>
        <w:t>k</w:t>
      </w:r>
      <w:r>
        <w:br/>
        <w:t>• Liderlik v</w:t>
      </w:r>
      <w:r>
        <w:t>ə</w:t>
      </w:r>
      <w:r>
        <w:t xml:space="preserve"> t</w:t>
      </w:r>
      <w:r>
        <w:t>ə</w:t>
      </w:r>
      <w:r>
        <w:t>qdimat bacarıqları</w:t>
      </w:r>
      <w:r>
        <w:br/>
        <w:t>• Sosial Media Ma</w:t>
      </w:r>
      <w:r>
        <w:t>rketinqi</w:t>
      </w:r>
    </w:p>
    <w:p w14:paraId="0EA896FD" w14:textId="77777777" w:rsidR="007D05E9" w:rsidRDefault="00BC6AA1">
      <w:pPr>
        <w:shd w:val="clear" w:color="auto" w:fill="EADCF8"/>
      </w:pPr>
      <w:r>
        <w:rPr>
          <w:b/>
          <w:color w:val="FFFFFF"/>
          <w:sz w:val="30"/>
        </w:rPr>
        <w:t>🌍</w:t>
      </w:r>
      <w:r>
        <w:rPr>
          <w:b/>
          <w:color w:val="FFFFFF"/>
          <w:sz w:val="30"/>
        </w:rPr>
        <w:t xml:space="preserve"> Xarici Dill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>r</w:t>
      </w:r>
    </w:p>
    <w:p w14:paraId="74B52832" w14:textId="77777777" w:rsidR="007D05E9" w:rsidRDefault="00BC6AA1">
      <w:r>
        <w:t>• Az</w:t>
      </w:r>
      <w:r>
        <w:t>ə</w:t>
      </w:r>
      <w:r>
        <w:t>rbaycan dili – Ana dili</w:t>
      </w:r>
      <w:r>
        <w:br/>
        <w:t>• İngilis dili – Yaxşı</w:t>
      </w:r>
      <w:r>
        <w:br/>
        <w:t>• Rus dili – Orta</w:t>
      </w:r>
    </w:p>
    <w:p w14:paraId="64D40085" w14:textId="77777777" w:rsidR="007D05E9" w:rsidRDefault="00BC6AA1">
      <w:pPr>
        <w:shd w:val="clear" w:color="auto" w:fill="DDEBF7"/>
      </w:pPr>
      <w:r>
        <w:rPr>
          <w:b/>
          <w:color w:val="FFFFFF"/>
          <w:sz w:val="30"/>
        </w:rPr>
        <w:t>🏆</w:t>
      </w:r>
      <w:r>
        <w:rPr>
          <w:b/>
          <w:color w:val="FFFFFF"/>
          <w:sz w:val="30"/>
        </w:rPr>
        <w:t xml:space="preserve"> Sertifikatlar</w:t>
      </w:r>
    </w:p>
    <w:p w14:paraId="3424DFFC" w14:textId="77777777" w:rsidR="007D05E9" w:rsidRDefault="00BC6AA1">
      <w:r>
        <w:lastRenderedPageBreak/>
        <w:t>• Digital Marketing Certificate</w:t>
      </w:r>
      <w:r>
        <w:br/>
        <w:t>• Excel Advanced Training</w:t>
      </w:r>
      <w:r>
        <w:br/>
        <w:t>• Project Management Basics</w:t>
      </w:r>
    </w:p>
    <w:p w14:paraId="05B18F15" w14:textId="77777777" w:rsidR="007D05E9" w:rsidRDefault="00BC6AA1">
      <w:pPr>
        <w:shd w:val="clear" w:color="auto" w:fill="F4CCCC"/>
      </w:pPr>
      <w:r>
        <w:rPr>
          <w:b/>
          <w:color w:val="FFFFFF"/>
          <w:sz w:val="30"/>
        </w:rPr>
        <w:t>📌</w:t>
      </w:r>
      <w:r>
        <w:rPr>
          <w:b/>
          <w:color w:val="FFFFFF"/>
          <w:sz w:val="30"/>
        </w:rPr>
        <w:t xml:space="preserve"> Əlav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 xml:space="preserve"> M</w:t>
      </w:r>
      <w:r>
        <w:rPr>
          <w:b/>
          <w:color w:val="FFFFFF"/>
          <w:sz w:val="30"/>
        </w:rPr>
        <w:t>ə</w:t>
      </w:r>
      <w:r>
        <w:rPr>
          <w:b/>
          <w:color w:val="FFFFFF"/>
          <w:sz w:val="30"/>
        </w:rPr>
        <w:t>lumat</w:t>
      </w:r>
    </w:p>
    <w:p w14:paraId="07CAC584" w14:textId="77777777" w:rsidR="007D05E9" w:rsidRDefault="00BC6AA1">
      <w:r>
        <w:t>Sürücülük v</w:t>
      </w:r>
      <w:r>
        <w:t>ə</w:t>
      </w:r>
      <w:r>
        <w:t>siq</w:t>
      </w:r>
      <w:r>
        <w:t>ə</w:t>
      </w:r>
      <w:r>
        <w:t>si: B kateqoriyası</w:t>
      </w:r>
      <w:r>
        <w:br/>
        <w:t>Ezami</w:t>
      </w:r>
      <w:r>
        <w:t>yy</w:t>
      </w:r>
      <w:r>
        <w:t>ə</w:t>
      </w:r>
      <w:r>
        <w:t>t</w:t>
      </w:r>
      <w:r>
        <w:t>ə</w:t>
      </w:r>
      <w:r>
        <w:t xml:space="preserve"> hazırdır</w:t>
      </w:r>
      <w:r>
        <w:br/>
        <w:t>Yeni texnologiyaları öyr</w:t>
      </w:r>
      <w:r>
        <w:t>ə</w:t>
      </w:r>
      <w:r>
        <w:t>nm</w:t>
      </w:r>
      <w:r>
        <w:t>ə</w:t>
      </w:r>
      <w:r>
        <w:t>y</w:t>
      </w:r>
      <w:r>
        <w:t>ə</w:t>
      </w:r>
      <w:r>
        <w:t xml:space="preserve"> maraqlıdır</w:t>
      </w:r>
    </w:p>
    <w:p w14:paraId="090804DD" w14:textId="77777777" w:rsidR="007D05E9" w:rsidRDefault="00BC6AA1">
      <w:r>
        <w:t xml:space="preserve"> </w:t>
      </w:r>
    </w:p>
    <w:p w14:paraId="13AF56B3" w14:textId="5CFA20A1" w:rsidR="007D05E9" w:rsidRDefault="00BC6AA1">
      <w:pPr>
        <w:jc w:val="center"/>
      </w:pPr>
      <w:r>
        <w:rPr>
          <w:i/>
          <w:color w:val="787878"/>
          <w:sz w:val="20"/>
        </w:rPr>
        <w:t>Hazırlandı: vakansiya.online</w:t>
      </w:r>
      <w:bookmarkStart w:id="0" w:name="_GoBack"/>
      <w:bookmarkEnd w:id="0"/>
    </w:p>
    <w:sectPr w:rsidR="007D05E9" w:rsidSect="00034616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D05E9"/>
    <w:rsid w:val="00AA1D8D"/>
    <w:rsid w:val="00B47730"/>
    <w:rsid w:val="00BC6AA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31BE3C"/>
  <w14:defaultImageDpi w14:val="300"/>
  <w15:docId w15:val="{BD9BCCE8-9C2B-4C33-9BB7-562E2DE8C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A44F5B-8E21-4085-8991-4EA3D820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Huseynali Najiyev</cp:lastModifiedBy>
  <cp:revision>2</cp:revision>
  <dcterms:created xsi:type="dcterms:W3CDTF">2013-12-23T23:15:00Z</dcterms:created>
  <dcterms:modified xsi:type="dcterms:W3CDTF">2026-05-22T07:35:00Z</dcterms:modified>
  <cp:category/>
</cp:coreProperties>
</file>