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PREMIUM CURRICULUM VITAE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5616"/>
        <w:gridCol w:w="5616"/>
      </w:tblGrid>
      <w:tr>
        <w:tc>
          <w:tcPr>
            <w:tcW w:type="dxa" w:w="3168"/>
            <w:shd w:fill="1E3A5F"/>
          </w:tcPr>
          <w:p>
            <w:pPr>
              <w:jc w:val="center"/>
            </w:pPr>
            <w:r>
              <w:rPr>
                <w:b/>
                <w:color w:val="FFFFFF"/>
                <w:sz w:val="36"/>
              </w:rPr>
              <w:t>PHOTO</w:t>
              <w:br/>
              <w:t>4x5 cm</w:t>
            </w:r>
          </w:p>
          <w:p>
            <w:r>
              <w:rPr>
                <w:b/>
                <w:color w:val="FFFFFF"/>
                <w:sz w:val="24"/>
              </w:rPr>
              <w:t>CONTACT</w:t>
            </w:r>
          </w:p>
          <w:p>
            <w:r>
              <w:rPr>
                <w:color w:val="FFFFFF"/>
                <w:sz w:val="20"/>
              </w:rPr>
              <w:t>Phone</w:t>
              <w:br/>
              <w:t>Email</w:t>
              <w:br/>
              <w:t>LinkedIn</w:t>
              <w:br/>
              <w:t>Portfolio</w:t>
              <w:br/>
              <w:t>Location</w:t>
            </w:r>
          </w:p>
          <w:p>
            <w:r>
              <w:rPr>
                <w:b/>
                <w:color w:val="FFFFFF"/>
                <w:sz w:val="24"/>
              </w:rPr>
              <w:t>PERSONAL INFO</w:t>
            </w:r>
          </w:p>
          <w:p>
            <w:r>
              <w:rPr>
                <w:color w:val="FFFFFF"/>
                <w:sz w:val="20"/>
              </w:rPr>
              <w:t>Date of Birth</w:t>
              <w:br/>
              <w:t>Nationality</w:t>
              <w:br/>
              <w:t>Driving License</w:t>
            </w:r>
          </w:p>
          <w:p>
            <w:r>
              <w:rPr>
                <w:b/>
                <w:color w:val="FFFFFF"/>
                <w:sz w:val="24"/>
              </w:rPr>
              <w:t>SKILLS</w:t>
            </w:r>
          </w:p>
          <w:p>
            <w:r>
              <w:rPr>
                <w:color w:val="FFFFFF"/>
                <w:sz w:val="20"/>
              </w:rPr>
              <w:t>★★★★★ MS Office</w:t>
              <w:br/>
              <w:t>★★★★☆ Excel</w:t>
              <w:br/>
              <w:t>★★★★★ AI Tools</w:t>
              <w:br/>
              <w:t>★★★★☆ Photoshop</w:t>
              <w:br/>
              <w:t>★★★★☆ Communication</w:t>
            </w:r>
          </w:p>
          <w:p>
            <w:r>
              <w:rPr>
                <w:b/>
                <w:color w:val="FFFFFF"/>
                <w:sz w:val="24"/>
              </w:rPr>
              <w:t>LANGUAGES</w:t>
            </w:r>
          </w:p>
          <w:p>
            <w:r>
              <w:rPr>
                <w:color w:val="FFFFFF"/>
                <w:sz w:val="20"/>
              </w:rPr>
              <w:t>Azerbaijani ★★★★★</w:t>
              <w:br/>
              <w:t>English ★★★★☆</w:t>
              <w:br/>
              <w:t>Turkish ★★★★★</w:t>
            </w:r>
          </w:p>
          <w:p>
            <w:r>
              <w:rPr>
                <w:b/>
                <w:color w:val="FFFFFF"/>
                <w:sz w:val="24"/>
              </w:rPr>
              <w:t>INTERESTS</w:t>
            </w:r>
          </w:p>
          <w:p>
            <w:r>
              <w:rPr>
                <w:color w:val="FFFFFF"/>
                <w:sz w:val="20"/>
              </w:rPr>
              <w:t>Technology</w:t>
              <w:br/>
              <w:t>Reading</w:t>
              <w:br/>
              <w:t>Travel</w:t>
              <w:br/>
              <w:t>Sports</w:t>
            </w:r>
          </w:p>
        </w:tc>
        <w:tc>
          <w:tcPr>
            <w:tcW w:type="dxa" w:w="6912"/>
          </w:tcPr>
          <w:p>
            <w:r>
              <w:rPr>
                <w:b/>
                <w:color w:val="1E3A5F"/>
                <w:sz w:val="52"/>
              </w:rPr>
              <w:t>YOUR NAME</w:t>
            </w:r>
          </w:p>
          <w:p>
            <w:r>
              <w:t>Professional Title</w:t>
            </w:r>
          </w:p>
          <w:p>
            <w:pPr>
              <w:pBdr>
                <w:bottom w:val="single" w:sz="12" w:color="2F75B5"/>
              </w:pBdr>
            </w:pPr>
            <w:r>
              <w:rPr>
                <w:b/>
                <w:color w:val="1E3A5F"/>
                <w:sz w:val="26"/>
              </w:rPr>
              <w:t>PROFILE</w:t>
            </w:r>
          </w:p>
          <w:p>
            <w:r>
              <w:t>Write a compelling 4-6 line professional summary highlighting your experience, strengths, and career goals.</w:t>
            </w:r>
          </w:p>
          <w:p>
            <w:pPr>
              <w:pBdr>
                <w:bottom w:val="single" w:sz="12" w:color="2F75B5"/>
              </w:pBdr>
            </w:pPr>
            <w:r>
              <w:rPr>
                <w:b/>
                <w:color w:val="1E3A5F"/>
                <w:sz w:val="26"/>
              </w:rPr>
              <w:t>WORK EXPERIENCE</w:t>
            </w:r>
          </w:p>
          <w:p>
            <w:r>
              <w:t>2024–Present | Company Name | Position</w:t>
              <w:br/>
              <w:t>• Achievement 1</w:t>
              <w:br/>
              <w:t>• Achievement 2</w:t>
              <w:br/>
              <w:br/>
              <w:t>2022–2024 | Company Name | Position</w:t>
              <w:br/>
              <w:t>• Achievement 1</w:t>
              <w:br/>
              <w:t>• Achievement 2</w:t>
            </w:r>
          </w:p>
          <w:p>
            <w:pPr>
              <w:pBdr>
                <w:bottom w:val="single" w:sz="12" w:color="2F75B5"/>
              </w:pBdr>
            </w:pPr>
            <w:r>
              <w:rPr>
                <w:b/>
                <w:color w:val="1E3A5F"/>
                <w:sz w:val="26"/>
              </w:rPr>
              <w:t>EDUCATION</w:t>
            </w:r>
          </w:p>
          <w:p>
            <w:r>
              <w:t>Bachelor's Degree | University | Year</w:t>
              <w:br/>
              <w:t>Master's Degree | University | Year</w:t>
            </w:r>
          </w:p>
          <w:p>
            <w:pPr>
              <w:pBdr>
                <w:bottom w:val="single" w:sz="12" w:color="2F75B5"/>
              </w:pBdr>
            </w:pPr>
            <w:r>
              <w:rPr>
                <w:b/>
                <w:color w:val="1E3A5F"/>
                <w:sz w:val="26"/>
              </w:rPr>
              <w:t>CERTIFICATES</w:t>
            </w:r>
          </w:p>
          <w:p>
            <w:r>
              <w:t>Google Certificate</w:t>
              <w:br/>
              <w:t>Microsoft Certificate</w:t>
              <w:br/>
              <w:t>Coursera Certificate</w:t>
            </w:r>
          </w:p>
          <w:p>
            <w:pPr>
              <w:pBdr>
                <w:bottom w:val="single" w:sz="12" w:color="2F75B5"/>
              </w:pBdr>
            </w:pPr>
            <w:r>
              <w:rPr>
                <w:b/>
                <w:color w:val="1E3A5F"/>
                <w:sz w:val="26"/>
              </w:rPr>
              <w:t>PROJECTS</w:t>
            </w:r>
          </w:p>
          <w:p>
            <w:r>
              <w:t>Project Name</w:t>
              <w:br/>
              <w:t>• Technologies used</w:t>
              <w:br/>
              <w:t>• Business impact</w:t>
            </w:r>
          </w:p>
          <w:p>
            <w:pPr>
              <w:pBdr>
                <w:bottom w:val="single" w:sz="12" w:color="2F75B5"/>
              </w:pBdr>
            </w:pPr>
            <w:r>
              <w:rPr>
                <w:b/>
                <w:color w:val="1E3A5F"/>
                <w:sz w:val="26"/>
              </w:rPr>
              <w:t>ACHIEVEMENTS</w:t>
            </w:r>
          </w:p>
          <w:p>
            <w:r>
              <w:t>Employee of the Month</w:t>
              <w:br/>
              <w:t>Top Performer</w:t>
              <w:br/>
              <w:t>Award or Recognition</w:t>
            </w:r>
          </w:p>
          <w:p>
            <w:pPr>
              <w:pBdr>
                <w:bottom w:val="single" w:sz="12" w:color="2F75B5"/>
              </w:pBdr>
            </w:pPr>
            <w:r>
              <w:rPr>
                <w:b/>
                <w:color w:val="1E3A5F"/>
                <w:sz w:val="26"/>
              </w:rPr>
              <w:t>REFERENCES</w:t>
            </w:r>
          </w:p>
          <w:p>
            <w:r>
              <w:t>Available upon request</w:t>
            </w:r>
          </w:p>
        </w:tc>
      </w:tr>
    </w:tbl>
    <w:sectPr w:rsidR="00FC693F" w:rsidRPr="0006063C" w:rsidSect="00034616">
      <w:pgSz w:w="12240" w:h="15840"/>
      <w:pgMar w:top="1440" w:right="504" w:bottom="1440" w:left="5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