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400"/>
        <w:gridCol w:w="5400"/>
      </w:tblGrid>
      <w:tr w:rsidR="00074BFD" w14:paraId="1CD0198B" w14:textId="77777777">
        <w:tc>
          <w:tcPr>
            <w:tcW w:w="5400" w:type="dxa"/>
          </w:tcPr>
          <w:p w14:paraId="037179CA" w14:textId="77777777" w:rsidR="00074BFD" w:rsidRDefault="00C17403">
            <w:r>
              <w:rPr>
                <w:noProof/>
              </w:rPr>
              <w:drawing>
                <wp:inline distT="0" distB="0" distL="0" distR="0" wp14:anchorId="4D2E586A" wp14:editId="0602C2D0">
                  <wp:extent cx="1371600" cy="13716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file_placeholder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</w:tcPr>
          <w:p w14:paraId="3359F31B" w14:textId="18436D88" w:rsidR="00074BFD" w:rsidRDefault="00C17403">
            <w:r>
              <w:rPr>
                <w:b/>
                <w:color w:val="142850"/>
                <w:sz w:val="48"/>
              </w:rPr>
              <w:t>AD  SOYAD</w:t>
            </w:r>
            <w:bookmarkStart w:id="0" w:name="_GoBack"/>
            <w:bookmarkEnd w:id="0"/>
            <w:r>
              <w:rPr>
                <w:b/>
                <w:color w:val="142850"/>
                <w:sz w:val="48"/>
              </w:rPr>
              <w:br/>
            </w:r>
            <w:r>
              <w:rPr>
                <w:color w:val="5A5A5A"/>
                <w:sz w:val="26"/>
              </w:rPr>
              <w:t>Digital Marketing &amp; Sales Specialist</w:t>
            </w:r>
            <w:r>
              <w:rPr>
                <w:color w:val="5A5A5A"/>
                <w:sz w:val="26"/>
              </w:rPr>
              <w:br/>
            </w:r>
            <w:r>
              <w:t>📞</w:t>
            </w:r>
            <w:r>
              <w:t xml:space="preserve"> +994 XX XXX XX XX</w:t>
            </w:r>
            <w:r>
              <w:br/>
              <w:t>✉</w:t>
            </w:r>
            <w:r>
              <w:t>️</w:t>
            </w:r>
            <w:r>
              <w:t xml:space="preserve"> example@gmail.com</w:t>
            </w:r>
            <w:r>
              <w:br/>
            </w:r>
            <w:r>
              <w:t>📍</w:t>
            </w:r>
            <w:r>
              <w:t xml:space="preserve"> Bakı, Az</w:t>
            </w:r>
            <w:r>
              <w:t>ə</w:t>
            </w:r>
            <w:r>
              <w:t>rbaycan</w:t>
            </w:r>
            <w:r>
              <w:br/>
            </w:r>
            <w:r>
              <w:t>🌐</w:t>
            </w:r>
            <w:r>
              <w:t xml:space="preserve"> linkedin.com/in/example</w:t>
            </w:r>
          </w:p>
        </w:tc>
      </w:tr>
    </w:tbl>
    <w:p w14:paraId="7670AEF4" w14:textId="77777777" w:rsidR="00074BFD" w:rsidRDefault="00074BFD"/>
    <w:p w14:paraId="5BF4AF17" w14:textId="77777777" w:rsidR="00074BFD" w:rsidRDefault="00C17403">
      <w:pPr>
        <w:shd w:val="clear" w:color="auto" w:fill="1F4E78"/>
      </w:pPr>
      <w:r>
        <w:rPr>
          <w:b/>
          <w:color w:val="FFFFFF"/>
          <w:sz w:val="28"/>
        </w:rPr>
        <w:t>👨</w:t>
      </w:r>
      <w:r>
        <w:rPr>
          <w:b/>
          <w:color w:val="FFFFFF"/>
          <w:sz w:val="28"/>
        </w:rPr>
        <w:t>‍</w:t>
      </w:r>
      <w:r>
        <w:rPr>
          <w:b/>
          <w:color w:val="FFFFFF"/>
          <w:sz w:val="28"/>
        </w:rPr>
        <w:t>💼</w:t>
      </w:r>
      <w:r>
        <w:rPr>
          <w:b/>
          <w:color w:val="FFFFFF"/>
          <w:sz w:val="28"/>
        </w:rPr>
        <w:t xml:space="preserve"> PROFİL</w:t>
      </w:r>
    </w:p>
    <w:p w14:paraId="54EDE749" w14:textId="77777777" w:rsidR="00074BFD" w:rsidRDefault="00C17403">
      <w:r>
        <w:t>Yüks</w:t>
      </w:r>
      <w:r>
        <w:t>ə</w:t>
      </w:r>
      <w:r>
        <w:t>k motivasiyalı v</w:t>
      </w:r>
      <w:r>
        <w:t>ə</w:t>
      </w:r>
      <w:r>
        <w:t xml:space="preserve"> n</w:t>
      </w:r>
      <w:r>
        <w:t>ə</w:t>
      </w:r>
      <w:r>
        <w:t>tic</w:t>
      </w:r>
      <w:r>
        <w:t>ə</w:t>
      </w:r>
      <w:r>
        <w:t>yönümlü müt</w:t>
      </w:r>
      <w:r>
        <w:t>ə</w:t>
      </w:r>
      <w:r>
        <w:t>x</w:t>
      </w:r>
      <w:r>
        <w:t>ə</w:t>
      </w:r>
      <w:r>
        <w:t>ssis. Satış, marketinq v</w:t>
      </w:r>
      <w:r>
        <w:t>ə</w:t>
      </w:r>
      <w:r>
        <w:t xml:space="preserve"> müşt</w:t>
      </w:r>
      <w:r>
        <w:t>ə</w:t>
      </w:r>
      <w:r>
        <w:t xml:space="preserve">ri </w:t>
      </w:r>
      <w:r>
        <w:t>ə</w:t>
      </w:r>
      <w:r>
        <w:t>laq</w:t>
      </w:r>
      <w:r>
        <w:t>ə</w:t>
      </w:r>
      <w:r>
        <w:t>l</w:t>
      </w:r>
      <w:r>
        <w:t>ə</w:t>
      </w:r>
      <w:r>
        <w:t>ri sah</w:t>
      </w:r>
      <w:r>
        <w:t>ə</w:t>
      </w:r>
      <w:r>
        <w:t>sind</w:t>
      </w:r>
      <w:r>
        <w:t>ə</w:t>
      </w:r>
      <w:r>
        <w:t xml:space="preserve"> t</w:t>
      </w:r>
      <w:r>
        <w:t>ə</w:t>
      </w:r>
      <w:r>
        <w:t>crüb</w:t>
      </w:r>
      <w:r>
        <w:t>ə</w:t>
      </w:r>
      <w:r>
        <w:t>y</w:t>
      </w:r>
      <w:r>
        <w:t>ə</w:t>
      </w:r>
      <w:r>
        <w:t xml:space="preserve"> malikdir. Komanda il</w:t>
      </w:r>
      <w:r>
        <w:t>ə</w:t>
      </w:r>
      <w:r>
        <w:t xml:space="preserve"> işl</w:t>
      </w:r>
      <w:r>
        <w:t>ə</w:t>
      </w:r>
      <w:r>
        <w:t>m</w:t>
      </w:r>
      <w:r>
        <w:t>ə</w:t>
      </w:r>
      <w:r>
        <w:t>k v</w:t>
      </w:r>
      <w:r>
        <w:t>ə</w:t>
      </w:r>
      <w:r>
        <w:t xml:space="preserve"> yeni ideyalar yaratmaq bacarığı yüks</w:t>
      </w:r>
      <w:r>
        <w:t>ə</w:t>
      </w:r>
      <w:r>
        <w:t>kdir.</w:t>
      </w:r>
    </w:p>
    <w:p w14:paraId="45CEC4DE" w14:textId="77777777" w:rsidR="00074BFD" w:rsidRDefault="00C17403">
      <w:pPr>
        <w:shd w:val="clear" w:color="auto" w:fill="2E75B6"/>
      </w:pPr>
      <w:r>
        <w:rPr>
          <w:b/>
          <w:color w:val="FFFFFF"/>
          <w:sz w:val="28"/>
        </w:rPr>
        <w:t>💼</w:t>
      </w:r>
      <w:r>
        <w:rPr>
          <w:b/>
          <w:color w:val="FFFFFF"/>
          <w:sz w:val="28"/>
        </w:rPr>
        <w:t xml:space="preserve"> İŞ TƏCRÜBƏSİ</w:t>
      </w:r>
    </w:p>
    <w:p w14:paraId="28636153" w14:textId="77777777" w:rsidR="00074BFD" w:rsidRDefault="00C17403">
      <w:r>
        <w:t>ABC Group — Marketinq Meneceri (2023–2026)</w:t>
      </w:r>
      <w:r>
        <w:br/>
        <w:t>• Reklam kampaniyalarının idar</w:t>
      </w:r>
      <w:r>
        <w:t>ə</w:t>
      </w:r>
      <w:r>
        <w:t xml:space="preserve"> olunması</w:t>
      </w:r>
      <w:r>
        <w:br/>
        <w:t>• Sosial media strategiyasının hazırlanması</w:t>
      </w:r>
      <w:r>
        <w:br/>
        <w:t>• Satı</w:t>
      </w:r>
      <w:r>
        <w:t>ş artımının t</w:t>
      </w:r>
      <w:r>
        <w:t>ə</w:t>
      </w:r>
      <w:r>
        <w:t>min edilm</w:t>
      </w:r>
      <w:r>
        <w:t>ə</w:t>
      </w:r>
      <w:r>
        <w:t>si</w:t>
      </w:r>
      <w:r>
        <w:br/>
      </w:r>
      <w:r>
        <w:br/>
        <w:t>XYZ MMC — Satış üzr</w:t>
      </w:r>
      <w:r>
        <w:t>ə</w:t>
      </w:r>
      <w:r>
        <w:t xml:space="preserve"> müt</w:t>
      </w:r>
      <w:r>
        <w:t>ə</w:t>
      </w:r>
      <w:r>
        <w:t>x</w:t>
      </w:r>
      <w:r>
        <w:t>ə</w:t>
      </w:r>
      <w:r>
        <w:t>ssis (2021–2023)</w:t>
      </w:r>
      <w:r>
        <w:br/>
        <w:t>• Müşt</w:t>
      </w:r>
      <w:r>
        <w:t>ə</w:t>
      </w:r>
      <w:r>
        <w:t>ri bazasının genişl</w:t>
      </w:r>
      <w:r>
        <w:t>ə</w:t>
      </w:r>
      <w:r>
        <w:t>ndirilm</w:t>
      </w:r>
      <w:r>
        <w:t>ə</w:t>
      </w:r>
      <w:r>
        <w:t>si</w:t>
      </w:r>
      <w:r>
        <w:br/>
        <w:t>• Satış hesabatlarının hazırlanması</w:t>
      </w:r>
    </w:p>
    <w:p w14:paraId="07997D7B" w14:textId="77777777" w:rsidR="00074BFD" w:rsidRDefault="00C17403">
      <w:pPr>
        <w:shd w:val="clear" w:color="auto" w:fill="4BACC6"/>
      </w:pPr>
      <w:r>
        <w:rPr>
          <w:b/>
          <w:color w:val="FFFFFF"/>
          <w:sz w:val="28"/>
        </w:rPr>
        <w:t>🎓</w:t>
      </w:r>
      <w:r>
        <w:rPr>
          <w:b/>
          <w:color w:val="FFFFFF"/>
          <w:sz w:val="28"/>
        </w:rPr>
        <w:t xml:space="preserve"> TƏHSİL</w:t>
      </w:r>
    </w:p>
    <w:p w14:paraId="266F805F" w14:textId="77777777" w:rsidR="00074BFD" w:rsidRDefault="00C17403">
      <w:r>
        <w:t>Az</w:t>
      </w:r>
      <w:r>
        <w:t>ə</w:t>
      </w:r>
      <w:r>
        <w:t>rbaycan Dövl</w:t>
      </w:r>
      <w:r>
        <w:t>ə</w:t>
      </w:r>
      <w:r>
        <w:t>t İqtisad Universiteti</w:t>
      </w:r>
      <w:r>
        <w:br/>
        <w:t>Biznesin idar</w:t>
      </w:r>
      <w:r>
        <w:t>ə</w:t>
      </w:r>
      <w:r>
        <w:t xml:space="preserve"> olunması — Bakalavr</w:t>
      </w:r>
      <w:r>
        <w:br/>
        <w:t>2018 – 2022</w:t>
      </w:r>
    </w:p>
    <w:p w14:paraId="1E9C8831" w14:textId="77777777" w:rsidR="00074BFD" w:rsidRDefault="00C17403">
      <w:pPr>
        <w:shd w:val="clear" w:color="auto" w:fill="7FB3D5"/>
      </w:pPr>
      <w:r>
        <w:rPr>
          <w:b/>
          <w:color w:val="FFFFFF"/>
          <w:sz w:val="28"/>
        </w:rPr>
        <w:t>🛠</w:t>
      </w:r>
      <w:r>
        <w:rPr>
          <w:b/>
          <w:color w:val="FFFFFF"/>
          <w:sz w:val="28"/>
        </w:rPr>
        <w:t xml:space="preserve"> BACARIQLAR</w:t>
      </w:r>
    </w:p>
    <w:p w14:paraId="762184CF" w14:textId="77777777" w:rsidR="00074BFD" w:rsidRDefault="00C17403">
      <w:r>
        <w:t>• Microsoft Office</w:t>
      </w:r>
      <w:r>
        <w:br/>
        <w:t>• Canva &amp; Photoshop</w:t>
      </w:r>
      <w:r>
        <w:br/>
        <w:t>• Sosial Media Marketinqi</w:t>
      </w:r>
      <w:r>
        <w:br/>
        <w:t>• SEO &amp; Reklam</w:t>
      </w:r>
      <w:r>
        <w:br/>
        <w:t>• Komanda idar</w:t>
      </w:r>
      <w:r>
        <w:t>ə</w:t>
      </w:r>
      <w:r>
        <w:t>etm</w:t>
      </w:r>
      <w:r>
        <w:t>ə</w:t>
      </w:r>
      <w:r>
        <w:t>si</w:t>
      </w:r>
      <w:r>
        <w:br/>
        <w:t>• Effektiv ünsiyy</w:t>
      </w:r>
      <w:r>
        <w:t>ə</w:t>
      </w:r>
      <w:r>
        <w:t>t</w:t>
      </w:r>
    </w:p>
    <w:p w14:paraId="7EF0DE33" w14:textId="77777777" w:rsidR="00074BFD" w:rsidRDefault="00C17403">
      <w:pPr>
        <w:shd w:val="clear" w:color="auto" w:fill="5499C7"/>
      </w:pPr>
      <w:r>
        <w:rPr>
          <w:b/>
          <w:color w:val="FFFFFF"/>
          <w:sz w:val="28"/>
        </w:rPr>
        <w:t>🌍</w:t>
      </w:r>
      <w:r>
        <w:rPr>
          <w:b/>
          <w:color w:val="FFFFFF"/>
          <w:sz w:val="28"/>
        </w:rPr>
        <w:t xml:space="preserve"> DİLLƏR</w:t>
      </w:r>
    </w:p>
    <w:p w14:paraId="79894508" w14:textId="77777777" w:rsidR="00074BFD" w:rsidRDefault="00C17403">
      <w:r>
        <w:t>Az</w:t>
      </w:r>
      <w:r>
        <w:t>ə</w:t>
      </w:r>
      <w:r>
        <w:t>rbaycan dili — Ana dili</w:t>
      </w:r>
      <w:r>
        <w:br/>
        <w:t>İngilis dili — Yaxşı</w:t>
      </w:r>
      <w:r>
        <w:br/>
        <w:t>Rus dili — Orta</w:t>
      </w:r>
    </w:p>
    <w:p w14:paraId="222A4383" w14:textId="77777777" w:rsidR="00074BFD" w:rsidRDefault="00C17403">
      <w:pPr>
        <w:shd w:val="clear" w:color="auto" w:fill="2471A3"/>
      </w:pPr>
      <w:r>
        <w:rPr>
          <w:b/>
          <w:color w:val="FFFFFF"/>
          <w:sz w:val="28"/>
        </w:rPr>
        <w:t>🏆</w:t>
      </w:r>
      <w:r>
        <w:rPr>
          <w:b/>
          <w:color w:val="FFFFFF"/>
          <w:sz w:val="28"/>
        </w:rPr>
        <w:t xml:space="preserve"> SERTİFİKATLAR</w:t>
      </w:r>
    </w:p>
    <w:p w14:paraId="4A6CB8F4" w14:textId="77777777" w:rsidR="00074BFD" w:rsidRDefault="00C17403">
      <w:r>
        <w:lastRenderedPageBreak/>
        <w:t>• Digital Marketing Certificate</w:t>
      </w:r>
      <w:r>
        <w:br/>
        <w:t>• Excel Adv</w:t>
      </w:r>
      <w:r>
        <w:t>anced Training</w:t>
      </w:r>
      <w:r>
        <w:br/>
        <w:t>• Business Communication Skills</w:t>
      </w:r>
    </w:p>
    <w:p w14:paraId="4800439A" w14:textId="77777777" w:rsidR="00074BFD" w:rsidRDefault="00C17403">
      <w:pPr>
        <w:jc w:val="center"/>
      </w:pPr>
      <w:r>
        <w:rPr>
          <w:i/>
          <w:color w:val="787878"/>
          <w:sz w:val="20"/>
        </w:rPr>
        <w:t>Modern CV Template 2026</w:t>
      </w:r>
    </w:p>
    <w:sectPr w:rsidR="00074BFD" w:rsidSect="00034616">
      <w:pgSz w:w="12240" w:h="15840"/>
      <w:pgMar w:top="576" w:right="720" w:bottom="57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4BFD"/>
    <w:rsid w:val="0015074B"/>
    <w:rsid w:val="0029639D"/>
    <w:rsid w:val="00326F90"/>
    <w:rsid w:val="00AA1D8D"/>
    <w:rsid w:val="00B47730"/>
    <w:rsid w:val="00C1740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96B0A6"/>
  <w14:defaultImageDpi w14:val="300"/>
  <w15:docId w15:val="{3454463B-3F2A-43D3-B465-1536FFCA5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semiHidden="1" w:unhideWhenUsed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97EA86-8FF3-4644-ABC7-1123CEE65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Huseynali Najiyev</cp:lastModifiedBy>
  <cp:revision>2</cp:revision>
  <dcterms:created xsi:type="dcterms:W3CDTF">2013-12-23T23:15:00Z</dcterms:created>
  <dcterms:modified xsi:type="dcterms:W3CDTF">2026-05-22T07:46:00Z</dcterms:modified>
  <cp:category/>
</cp:coreProperties>
</file>